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🔑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4B2BA8"/>
          <w:sz w:val="48"/>
          <w:rtl/>
          <w:szCs w:val="48"/>
          <w:bCs/>
        </w:rPr>
        <w:t>🧑‍🏫 מהדורה למורה – המסלול הגלובלי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חדר בריחה דיגיטלי בגלובליזציה · מפתח תשובות לכל הרמות, מערכי שיעור וכרטיס יציאה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הקוד הסופי בכל הרמות: כפר עולמי. אותיות לפי תחנות: 1-ל, 2-ע, 3-כ, 4-י, 5-פ, 6-ו, 7-ר, 8-מ.</w:t>
      </w:r>
    </w:p>
    <w:p>
      <w:pPr>
        <w:bidi/>
        <w:jc w:val="center"/>
      </w:pPr>
      <w:r>
        <w:drawing>
          <wp:inline xmlns:a="http://schemas.openxmlformats.org/drawingml/2006/main" xmlns:pic="http://schemas.openxmlformats.org/drawingml/2006/picture">
            <wp:extent cx="5760000" cy="3035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utemap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035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מטרות וקישור לתוכנית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להבין מהי גלובליזציה ומדוע העולם נקרא "כפר עולמי".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לזהות את חוליות שרשרת האספקה של מוצר יומיומי ולמקם אותן במפה.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להכיר מושגים: תאגיד רב-לאומי, מיקור חוץ, יתרון יחסי, סחר בין-לאומי, מכולה, נמל, הובלה ימית ואווירית, אופנה מהירה, טביעת רגל פחמנית, הוגנות בעבודה, תרבות גלובלית ומקומית.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לקרוא תרשים, לחשב ולנמק; לשקול יתרונות וחסרונות בצורה מאוזנת.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קישור לתוכנית: היחידה "האדם וסביבתו – כפר עולמי" בגאוגרפיה לכיתה ז׳.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🔑 תשובות – רמה ז׳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תחנה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התשובה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 שדה הכותנה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הודו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🧵 המטווייה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 לפנות בוקר, שעון ישראל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🪡 מפעל התפירה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47 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⚓ הנמל והמכולה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36,000 חולצות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🌊 נתיבי השיט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מצר מלאכה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📦 מרכז ההפצה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מנוף פורק את המכולה מהאונייה בנמל חיפה ← בדיקת מכס ושחרור המכולה ← משאית מובילה את המכולה למרכז ההפצה ← החולצות ממוינות במחסן לפי מידה וצבע ← מיקה מזמינה ברשת והחבילה נארזת ← שליח מביא את החבילה עד הדלת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🛍️ הקנייה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תרבות גלובלית 🌍: שיר פופ שמושמע באותו שבוע ברדיו בכל היבשות; מסעדת המבורגרים עם אותו תפריט בעשרות ערים בעולם; סדרה שצופים בה בו-זמנית במאות מדינות; חולצת טי שנמכרת באותו עיצוב בחנויות בכל העולם | תרבות מקומית 🏠: דוכן הפלאפל הקבוע בשוק השכונתי; רקמה מסורתית שנמכרת רק בשוק של העיר העתיקה; ריקוד עם בחגיגה של היישוב; ירקות טריים משדות העמק בדוכן האיכרים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♻️ שימוש ומחזור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טביעת רגל פחמנית = כמות גזי החממה שנפלטים בגלל מוצר או פעולה | מחזור = הפיכת חומר ישן לחומר גלם למוצר חדש | יד שנייה = קנייה של בגד שמישהו כבר לבש, כדי להאריך את חייו | אופנה מהירה = בגדים זולים שמתחלפים מהר ונלבשים מעט פעמים | צרכן (שורש צ־ר־ך) = מי שקונה מוצרים ומשתמש בהם | יצרן (שורש י־צ־ר) = מי שמייצר את המוצר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🚪 הדלת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כפר עולמי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–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🔑 תשובות – רמה ה׳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תחנה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התשובה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 שדה הכותנה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הודו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🧵 המטווייה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 (כתבו את השעה בשעון של 24 שעות)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🪡 מפעל התפירה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חנות ומכירה – 50 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⚓ הנמל והמכולה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10,000 חולצות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🌊 נתיבי השיט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תעלת סואץ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📦 מרכז ההפצה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האונייה מגיעה לנמל חיפה 🚢 ← מנוף מוריד את המכולה מהאונייה 🏗️ ← משאית מביאה את המכולה למרכז ההפצה 🚚 ← ממיינים את החולצות לפי מידות וצבעים 📦 ← שליח מביא את החולצה הביתה 🏠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🛍️ הקנייה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אופנה מהירה ⚡: לקנות חולצה חדשה כל שבוע; ללבוש בגד פעם אחת ולזרוק; לקנות 5 חולצות רק כי הן במבצע | אופנה איטית 🐢: לתפור כפתור שנפל; להחליף בגדים עם חברים; לקנות בגד יד שנייה; ללבוש חולצה אהובה הרבה שנים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♻️ שימוש ומחזור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מחזור ♻️ = הופכים חומר ישן לחומר חדש | יד שנייה 🤝 = בגד שמישהו כבר לבש ועכשיו עובר הלאה | טביעת רגל פחמנית 👣 = כמה זיהום נוצר בגלל מוצר | צרכן (צ־ר־ך) 🛒 = מי שקונה ומשתמש במוצרים | סוחר (ס־ח־ר) 💱 = מי שקונה ומוכר סחורה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🚪 הדלת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כפר עולמי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–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🔑 תשובות – רמה ח׳–ט׳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תחנה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התשובה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 שדה הכותנה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הודו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🧵 המטווייה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 שעה בישראל (בבוקר)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🪡 מפעל התפירה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103 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⚓ הנמל והמכולה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מכולות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🌊 נתיבי השיט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תעלת סואץ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📦 מרכז ההפצה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מנופים פורקים את המכולה מהאונייה בנמל חיפה ← בדיקת מכס ושחרור המשלוח ← משאית מובילה את המכולה אל מרכז ההפצה ← הקרטונים נסרקים ומסודרים על מדפי המחסן ← בעקבות הזמנה ברשת, עובדת מלקטת את החולצה ואורזת חבילה ← שליח מוסר את החבילה בבית של מיקה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🛍️ הקנייה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מילת סיבה: ״בגלל ש״ הקולקציות מתחלפות מהר, בגדים נזרקים מוקדם.; ״עקב״ הביקוש העולמי לאותו סגנון, אותה חולצה נמכרת בערים רבות.; ״מאחר ש״ ההובלה הימית זולה, אפשר לייצר רחוק מהצרכנים.; ״הודות ל״ מפעלי הטקסטיל, נוצרו מקומות עבודה רבים. | מילת תוצאה: החולצה זולה מאוד, ״לכן״ קונים עוד ועוד.; המשלוח מהיר ונוח, ״ולפיכך״ קל לקנות בדחף.; הסגנונות הגלובליים מתפשטים, ״כתוצאה מכך״ סגנונות מקומיים נדחקים לשוליים.; הבגדים נלבשים מעט פעמים, ״על כן״ הפסולת גדלה.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♻️ שימוש ומחזור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טביעת רגל פחמנית = כל גזי החממה שנפלטים לאורך חיי המוצר | מחזור = הפיכת בגד ישן לסיבים או לחומר למוצר חדש | יד שנייה = קנייה של בגד שמישהו כבר לבש, במקום בגד חדש | תיקון = הארכת חיי הבגד בלי לייצר דבר חדש | צרכנות נבונה = קנייה מתוך צורך, מחשבה והשוואה – לא מתוך דחף | השורש צ־ר־ך = המשותף למילים צרכן וצרכנות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🚪 הדלת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כפר עולמי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–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🔑 תשובות – רמה עולים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תחנה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התשובה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 שדה הכותנה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הודו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🧵 המטווייה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 שעה בווייטנאם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🪡 מפעל התפירה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⚓ הנמל והמכולה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500 חולצות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🌊 נתיבי השיט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מצר מלאכה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📦 מרכז ההפצה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האונייה מגיעה לנמל חיפה ← משאית לוקחת את המכולה למחסן ← עובדת אורזת את החולצה בחבילה ← שליח מביא את החבילה הביתה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🛍️ הקנייה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צרכנות נבונה: אני קונה רק מה שאני צריכה; אני מתקנת חולצה קרועה; אני לובשת בגד הרבה פעמים | אופנה מהירה: אני קונה חולצה חדשה כל שבוע; אני זורקת בגד אחרי פעם אחת; אני קונה רק כי זה זול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♻️ שימוש ומחזור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מחזור = עושים מבגד ישן משהו חדש | יד שנייה = בגד שמישהו כבר לבש | תיקון = תופרים חור קטן בבגד | זיהום = דבר שפוגע באוויר, במים ובאדמה | צרכן = אדם שקונה ומשתמש במוצרים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🚪 הדלת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כפר עולמי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–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🔑 תשובות – רמה חנ״מ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תחנה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התשובה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 שדה הכותנה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הודו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🧵 המטווייה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מכותנה 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🪡 מפעל התפירה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עובדות ועובדים במפעל 👩‍🏭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⚓ הנמל והמכולה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קופסת ברזל גדולה לסחורה 📦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🌊 נתיבי השיט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תעלת סואץ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📦 מרכז ההפצה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נמל חיפה 🇮🇱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🛍️ הקנייה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לקנות רק מה שצריך 👍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♻️ שימוש ומחזור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לתת למישהו או למחזר ♻️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🚪 הדלת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כפר עולמי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מערך שיעור – 45 דקות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דקות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עושים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0–5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בודקים תוויות על בגדים ותיקים; מאיפה הם הגיעו?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5–8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חלוקה לצוותים, בחירת רמה, מנעולים ורמזים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8–33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המסע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תחנות 1–8 בצוותים + מילוי הדרכון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33–38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דילמה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הצבעה ונימוק מכל צד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38–42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הדלת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הקוד "כפר עולמי" ותעודה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42–45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כרטיס יציאה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שאלות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גרסת 90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בלשי תוויות (10 ד׳): מסמנים ארצות ייצור על מפה.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חדר הבריחה + דרכון (35 ד׳).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משפט מבוים על הדילמה (15 ד׳).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חקר: שרשרת אספקה של מוצר אחר ב-5 חוליות (15 ד׳).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הבטחה של צרכן/ית נבון/ה ושיתוף מרצון (10 ד׳).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כרטיס יציאה (5 ד׳).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שאלות לדיון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כמה מדינות "נגעו" בחולצה? מה הפתיע אתכם?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למה חברות מייצרות רחוק מהמקום שבו מוכרים?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מי מרוויח ומי משלם מהגלובליזציה?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מה היה קורה אם תעלת סואץ נסגרת לשבוע?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הובלה ימית מול אווירית – מחיר, זמן וסביבה.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מה גלובלי ומה מקומי בחיים שלכם?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⚠️ 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כ-2,700 ליטר מים לכותנה של חולצה – הערכה.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הפרשי שעות בנובמבר: ישראל +2, הודו +5:30, וייטנאם +7, סינגפור +8.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מרחקים: כ-11,000 ק״מ דרך סואץ, כ-25,000 סביב אפריקה; 3–4 שבועות.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סואץ 1869, פנמה 1914; מכולות 20/40 רגל ≈ 6/12 מ׳.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"פי עשרות" – הובלה אווירית מול ימית.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פירוק המחיר ונתוני האריזה והשעות – נתוני דוגמה.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גלובליזציה היא...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חוליה בשרשרת האספקה ומקומה במפה: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צעד אחד שלי כצרכן/ית גלובלי/ת נבון/ה: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מהדורה למורה – המסלול הגלובלי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