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🌍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🛂 דרכון המסע הגלובלי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חדר בריחה בגלובליזציה · רמה ז׳ · דף עבודה לתלמיד/ה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הצטרפו למיקה! עברו יחד 8 תחנות במסע הגלובלי של החולצה, פתחו בכל תחנה את המנעול, אספו את האותיות והרכיבו את הקוד הסופי. עבדו בצוות: מישהו קורא, מישהו מסמן במפה, מישהו מחשב.</w:t>
      </w: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760000" cy="3035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utemap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35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המסע (8 תחנות)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שחקו בחדר הבריחה באתר. בכל תחנה ענו גם כאן, וכתבו את האות שקיבלתם.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מקום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 התחנה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שדה הכותנה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הודו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חומר גלם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🧵 המטווייה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וייטנאם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יתרון יחסי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🪡 מפעל התפירה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וייטנאם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ייצור במיקור חוץ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⚓ הנמל והמכולה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 הו צ׳י מין סיטי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🌊 נתיבי השיט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ים סין הדרומי, מצר מלאכה, האוקיינוס ההודי, ים סוף, תעלת סואץ, הים התיכון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נתיב סחר ימי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מרכז ההפצה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 חיפה ומרכז הפצה בישראל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שרשרת אספקה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🛍️ הקנייה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ישראל – חנות וקנייה ברשת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תרבות גלובלית מול מקומית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♻️ שימוש ומחזור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הבית, חנות יד שנייה ופח המחזור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טביעת רגל פחמנית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1. 🌱 שדה הכותנה – הודו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באיזו נקודה במפה גדלה הכותנה של החולצה? לחצו על המדינה דמוית המשולש בדרום אסיה. (הקיפו את שם המקום)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ישראל (נמל חיפה)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אפריקה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דרום אמריקה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ה. אוסטרליה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ו. וייטנאם (הו צ׳י מין סיטי)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2. 🧵 המטווייה – וייטנאם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המשמרת במטווייה מתחילה בשעה 7 בבוקר לפי שעון וייטנאם. השעון בווייטנאם מקדים את ישראל ב-5 שעות. מה השעה באותו רגע בישראל? (כתבו מספר בלבד)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דרך החישוב: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תשובה: ______________ לפנות בוקר, שעון ישראל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3. 🪡 מפעל התפירה – וייטנאם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פריט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חנות ומכירה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מותג ושיווק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חומרים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מפעל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תובלה ומכס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שכר התופרות והתופרים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התבוננו בתרשים (נתוני דוגמה להמחשה). מה ההפרש בשקלים בין החלק שמקבלת החנות לבין החלק שמגיע לשכר העובדות והעובדים שתפרו את החולצה?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47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53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20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3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4. ⚓ הנמל והמכולה – נמל הו צ׳י מין סיטי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בכל קרטון יש 40 חולצות. במכולה של 40 רגל נכנסים 900 קרטונים (נתוני דוגמה). כמה חולצות יש במכולה אחת? (כתבו מספר בלבד)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דרך החישוב: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תשובה: ______________ חולצות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5. 🌊 נתיבי השיט – ים סין הדרומי, מצר מלאכה, האוקיינוס ההודי, ים סוף, תעלת סואץ, הים התיכון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מיקה צריכה לסמן את מעבר הים הצר שבין חצי האי המלאי לאי סומטרה, שהאונייה עברה בו מיד אחרי סינגפור. לחצו עליו במפה. (הקיפו את שם המקום)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תעלת סואץ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מצר מלאכה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מצר גיברלטר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סינגפור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ה. תעלת פנמה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ו. כף התקווה הטובה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6. 📦 מרכז ההפצה – נמל חיפה ומרכז הפצה בישראל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סדרו את חוליות שרשרת האספקה מהרגע שהאונייה מגיעה לחיפה ועד שהחולצה אצל מיקה. – מספרו את השלבים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משאית מובילה את המכולה למרכז ההפצה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שליח מביא את החבילה עד הדלת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בדיקת מכס ושחרור המכולה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החולצות ממוינות במחסן לפי מידה וצבע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מנוף פורק את המכולה מהאונייה בנמל חיפה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מיקה מזמינה ברשת והחבילה נארזת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7. 🛍️ הקנייה – ישראל – חנות וקנייה ברשת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מיינו כל דבר לתא הנכון: תרבות גלובלית (אותו דבר בהרבה מדינות) או תרבות מקומית (מיוחד למקום מסוים). – סמנו ✓ בעמודה הנכונה: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פריט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תרבות גלובלית 🌍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תרבות מקומית 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ריקוד עם בחגיגה של היישוב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ירקות טריים משדות העמק בדוכן האיכרים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סדרה שצופים בה בו-זמנית במאות מדינות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דוכן הפלאפל הקבוע בשוק השכונתי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שיר פופ שמושמע באותו שבוע ברדיו בכל היבשות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חולצת טי שנמכרת באותו עיצוב בחנויות בכל העולם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מסעדת המבורגרים עם אותו תפריט בעשרות ערים בעולם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רקמה מסורתית שנמכרת רק בשוק של העיר העתיקה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8. ♻️ שימוש ומחזור – הבית, חנות יד שנייה ופח המחזור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כל מושג להסבר שלו. – כתבו ליד כל מושג את האות של ההסבר: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טביעת רגל פחמנית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שמייצר את המוצר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שקונה מוצרים ומשתמש בהם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 שנייה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כמות גזי החממה שנפלטים בגלל מוצר או פעולה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אופנה מהירה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בגדים זולים שמתחלפים מהר ונלבשים מעט פעמים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צרכן (שורש צ־ר־ך)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קנייה של בגד שמישהו כבר לבש, כדי להאריך את חייו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יצרן (שורש י־צ־ר)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הפיכת חומר ישן לחומר גלם למוצר חדש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מושגים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במילים שלכם מה פירוש כל מושג.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ההסבר שלי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גלובליזציה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כפר עולמי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חומר גלם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תאגיד רב-לאומי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שרשרת אספקה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ייצור במיקור חוץ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יתרון יחסי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סחר בין-לאומי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דילמה, קוד ורפלקציה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⚖️ דילמה בכפר העולמי: האם טוב שהחולצה שלנו נתפרת רחוק, במדינה מתפתחת, ונשלחת אלינו בזול?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🅰️ כן – זה מועיל לכולם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🅱️ צריך לחשוב שוב – יש לזה מחיר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נוצרים מקומות עבודה רבים במדינה שבה תופרים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השכר ותנאי העבודה של מי שתופרים לא תמיד הוגנים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הבגדים זולים יותר, וכך יותר משפחות יכולות לקנות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השיט, המפעלים והשדות פוגעים בסביבה ופולטים גזי חממה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הסחר מחבר בין מדינות ומקדם פיתוח וידע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בגדים זולים מעודדים לקנות יותר ולזרוק מהר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מדינה מתמחה במה שהיא עושה טוב – יתרון יחסי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מפעלים מקומיים קטנים מתקשים להתחרות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הבחירה שלי: ☐ 🅰️   ☐ 🅱️   ונימוק: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🚪 הקוד הסופי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האותיות שאספתי: ___ ___ ___ ___ ___ ___ ___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הקוד (3 + 5 אותיות): ____ ____ ____    ____ ____ ____ ____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🪞 רפלקציה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הפתיע אתכם הכי הרבה במסע של החולצה?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 כל האנשים שהשתתפו בדרך של החולצה אליכם? מה אתם רוצים להגיד להם?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איזו שאלה תשאלו את עצמכם בפעם הבאה לפני שאתם קונים בגד?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 –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גלובליזציה היא...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חוליה אחת בשרשרת האספקה של החולצה ומקומה במפה: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צעד אחד שלי כצרכן/ית גלובלי/ת נבון/ה: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דרכון המסע הגלובלי – רמה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